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33333"/>
          <w:sz w:val="32"/>
        </w:rPr>
        <w:t>The Decisive Advantage</w:t>
      </w:r>
    </w:p>
    <w:p>
      <w:r>
        <w:rPr>
          <w:color w:val="58595B"/>
          <w:sz w:val="18"/>
        </w:rPr>
        <w:t>Notes handout · Human Centered Lab · julesmorrisphd.com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03778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03778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2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3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20170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4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0170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873855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5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8738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057566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6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05756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538042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7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5380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83146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8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8314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9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2751826" cy="265176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0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1826" cy="26517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017998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1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0179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774933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2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77493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388247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3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3882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2843017" cy="2651759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4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3017" cy="26517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170619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5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1706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114093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6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11409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7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8.jp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74949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9.jp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7494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2445042" cy="2651759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0.jp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5042" cy="26517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921903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1.jp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92190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2.jp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399552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3.jp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3995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735365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4.jp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73536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5.jp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642616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6.jp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64261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7.jp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41651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8.jp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4165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9.jp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540868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0.jp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54086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1.jp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419336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2.jp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41933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3.jp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4.jp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724059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5.jp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7240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803197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6.jp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8031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7.jp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456078"/>
                  <wp:docPr id="38" name="Picture 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8.jp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45607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39" name="Picture 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9.jp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749496"/>
                  <wp:docPr id="40" name="Picture 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0.jp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7494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41" name="Picture 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1.jp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272367"/>
                  <wp:docPr id="42" name="Picture 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2.jp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7236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86704" cy="2651759"/>
                  <wp:docPr id="43" name="Picture 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3.jp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704" cy="26517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292151"/>
                  <wp:docPr id="44" name="Picture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4.jpg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9215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45" name="Picture 4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5.jpg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46" name="Picture 4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6.jpg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839939"/>
                  <wp:docPr id="47" name="Picture 4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7.jpg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8399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512605"/>
                  <wp:docPr id="48" name="Picture 4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8.jpg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5126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49" name="Picture 4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9.jpg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094309"/>
                  <wp:docPr id="50" name="Picture 5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50.jpg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09430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51" name="Picture 5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51.jpg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52" name="Picture 5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52.jpg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2928650" cy="2651759"/>
                  <wp:docPr id="53" name="Picture 5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53.jpg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8650" cy="26517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848418"/>
                  <wp:docPr id="54" name="Picture 5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54.jpg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8484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286499"/>
                  <wp:docPr id="55" name="Picture 5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55.jpg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864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235625"/>
                  <wp:docPr id="56" name="Picture 5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56.jpg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356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2490978" cy="2651759"/>
                  <wp:docPr id="57" name="Picture 5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57.jpg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0978" cy="26517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046261"/>
                  <wp:docPr id="58" name="Picture 5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58.jpg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046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2834728" cy="2651759"/>
                  <wp:docPr id="59" name="Picture 5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59.jpg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728" cy="26517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60" name="Picture 6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60.jpg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8622"/>
                  <wp:docPr id="61" name="Picture 6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61.jpg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86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image" Target="media/image39.jpg"/><Relationship Id="rId48" Type="http://schemas.openxmlformats.org/officeDocument/2006/relationships/image" Target="media/image40.jpg"/><Relationship Id="rId49" Type="http://schemas.openxmlformats.org/officeDocument/2006/relationships/image" Target="media/image41.jpg"/><Relationship Id="rId50" Type="http://schemas.openxmlformats.org/officeDocument/2006/relationships/image" Target="media/image42.jpg"/><Relationship Id="rId51" Type="http://schemas.openxmlformats.org/officeDocument/2006/relationships/image" Target="media/image43.jpg"/><Relationship Id="rId52" Type="http://schemas.openxmlformats.org/officeDocument/2006/relationships/image" Target="media/image44.jpg"/><Relationship Id="rId53" Type="http://schemas.openxmlformats.org/officeDocument/2006/relationships/image" Target="media/image45.jpg"/><Relationship Id="rId54" Type="http://schemas.openxmlformats.org/officeDocument/2006/relationships/image" Target="media/image46.jpg"/><Relationship Id="rId55" Type="http://schemas.openxmlformats.org/officeDocument/2006/relationships/image" Target="media/image47.jpg"/><Relationship Id="rId56" Type="http://schemas.openxmlformats.org/officeDocument/2006/relationships/image" Target="media/image48.jpg"/><Relationship Id="rId57" Type="http://schemas.openxmlformats.org/officeDocument/2006/relationships/image" Target="media/image49.jpg"/><Relationship Id="rId58" Type="http://schemas.openxmlformats.org/officeDocument/2006/relationships/image" Target="media/image50.jpg"/><Relationship Id="rId59" Type="http://schemas.openxmlformats.org/officeDocument/2006/relationships/image" Target="media/image51.jpg"/><Relationship Id="rId60" Type="http://schemas.openxmlformats.org/officeDocument/2006/relationships/image" Target="media/image52.jpg"/><Relationship Id="rId61" Type="http://schemas.openxmlformats.org/officeDocument/2006/relationships/image" Target="media/image53.jpg"/><Relationship Id="rId62" Type="http://schemas.openxmlformats.org/officeDocument/2006/relationships/image" Target="media/image54.jpg"/><Relationship Id="rId63" Type="http://schemas.openxmlformats.org/officeDocument/2006/relationships/image" Target="media/image55.jpg"/><Relationship Id="rId64" Type="http://schemas.openxmlformats.org/officeDocument/2006/relationships/image" Target="media/image56.jpg"/><Relationship Id="rId65" Type="http://schemas.openxmlformats.org/officeDocument/2006/relationships/image" Target="media/image57.jpg"/><Relationship Id="rId66" Type="http://schemas.openxmlformats.org/officeDocument/2006/relationships/image" Target="media/image58.jpg"/><Relationship Id="rId67" Type="http://schemas.openxmlformats.org/officeDocument/2006/relationships/image" Target="media/image59.jpg"/><Relationship Id="rId68" Type="http://schemas.openxmlformats.org/officeDocument/2006/relationships/image" Target="media/image60.jpg"/><Relationship Id="rId69" Type="http://schemas.openxmlformats.org/officeDocument/2006/relationships/image" Target="media/image6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