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33333"/>
          <w:sz w:val="32"/>
        </w:rPr>
        <w:t>Performance Communication</w:t>
      </w:r>
    </w:p>
    <w:p>
      <w:r>
        <w:rPr>
          <w:color w:val="58595B"/>
          <w:sz w:val="18"/>
        </w:rPr>
        <w:t>Notes handout · Human Centered Lab · julesmorrisphd.com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8196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1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8196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2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4879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487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9884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4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988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3004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5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30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5262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6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526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87168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7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87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8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09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4202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0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420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1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1651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2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165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96094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3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9609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4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5134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5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51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564892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6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5648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5134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7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51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663868" cy="265176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8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3868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63250" cy="265176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19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3250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5016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0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5016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06395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1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063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24654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2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246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10225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3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102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88247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4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882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04535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5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0453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73818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6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73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95015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7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950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53996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8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539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06395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29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063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30" name="Picture 3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0.jp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33877"/>
                  <wp:docPr id="31" name="Picture 3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1.jp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338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70285"/>
                  <wp:docPr id="32" name="Picture 3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2.jp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7028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5134"/>
                  <wp:docPr id="33" name="Picture 3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3.jp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51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06990"/>
                  <wp:docPr id="34" name="Picture 3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4.jp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0699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35" name="Picture 3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5.jp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5134"/>
                  <wp:docPr id="36" name="Picture 3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6.jp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51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635550"/>
                  <wp:docPr id="37" name="Picture 3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7.jp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635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38" name="Picture 3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8.jp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39" name="Picture 3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39.jp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40" name="Picture 4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0.jp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81181"/>
                  <wp:docPr id="41" name="Picture 4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1.jp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8118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46633"/>
                  <wp:docPr id="42" name="Picture 4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2.jp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466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07771"/>
                  <wp:docPr id="43" name="Picture 4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3.jpg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077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907771"/>
                  <wp:docPr id="44" name="Picture 4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4.jpg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9077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45" name="Picture 4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5.jpg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2811504" cy="2651759"/>
                  <wp:docPr id="46" name="Picture 4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6.jpg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504" cy="265175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47" name="Picture 4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7.jpg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48" name="Picture 4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8.jpg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49" name="Picture 4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49.jpg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215134"/>
                  <wp:docPr id="50" name="Picture 5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0.jpg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21513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93639"/>
                  <wp:docPr id="51" name="Picture 5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1.jpg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9363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045554"/>
                  <wp:docPr id="52" name="Picture 5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2.jpg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04555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635550"/>
                  <wp:docPr id="53" name="Picture 5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3.jpg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6355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837113"/>
                  <wp:docPr id="54" name="Picture 5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4.jpg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83711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469503"/>
                  <wp:docPr id="55" name="Picture 5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5.jpg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46950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363516"/>
                  <wp:docPr id="56" name="Picture 5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6.jpg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36351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731125"/>
                  <wp:docPr id="57" name="Picture 5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7.jpg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731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2165673"/>
                  <wp:docPr id="58" name="Picture 5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8.jpg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216567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59" name="Picture 5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59.jpg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66424" cy="2651760"/>
                  <wp:docPr id="60" name="Picture 6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60.jpg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6424" cy="26517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61" name="Picture 6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61.jpg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  <w:tr>
        <w:tc>
          <w:tcPr>
            <w:tcW w:type="dxa" w:w="5184"/>
          </w:tcPr>
          <w:p>
            <w:r>
              <w:drawing>
                <wp:inline xmlns:a="http://schemas.openxmlformats.org/drawingml/2006/main" xmlns:pic="http://schemas.openxmlformats.org/drawingml/2006/picture">
                  <wp:extent cx="3108960" cy="1699329"/>
                  <wp:docPr id="62" name="Picture 6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62.jpg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16993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84"/>
          </w:tcPr>
          <w:p>
            <w:r>
              <w:rPr>
                <w:b/>
                <w:color w:val="58595B"/>
                <w:sz w:val="18"/>
              </w:rPr>
              <w:t>Notes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  <w:p>
            <w:r>
              <w:rPr>
                <w:color w:val="BBBBBB"/>
                <w:sz w:val="18"/>
              </w:rPr>
              <w:t>______________________________________________</w:t>
            </w:r>
          </w:p>
        </w:tc>
      </w:tr>
    </w:tbl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image" Target="media/image43.jpg"/><Relationship Id="rId52" Type="http://schemas.openxmlformats.org/officeDocument/2006/relationships/image" Target="media/image44.jpg"/><Relationship Id="rId53" Type="http://schemas.openxmlformats.org/officeDocument/2006/relationships/image" Target="media/image45.jpg"/><Relationship Id="rId54" Type="http://schemas.openxmlformats.org/officeDocument/2006/relationships/image" Target="media/image46.jpg"/><Relationship Id="rId55" Type="http://schemas.openxmlformats.org/officeDocument/2006/relationships/image" Target="media/image47.jpg"/><Relationship Id="rId56" Type="http://schemas.openxmlformats.org/officeDocument/2006/relationships/image" Target="media/image48.jpg"/><Relationship Id="rId57" Type="http://schemas.openxmlformats.org/officeDocument/2006/relationships/image" Target="media/image49.jpg"/><Relationship Id="rId58" Type="http://schemas.openxmlformats.org/officeDocument/2006/relationships/image" Target="media/image50.jpg"/><Relationship Id="rId59" Type="http://schemas.openxmlformats.org/officeDocument/2006/relationships/image" Target="media/image51.jpg"/><Relationship Id="rId60" Type="http://schemas.openxmlformats.org/officeDocument/2006/relationships/image" Target="media/image52.jpg"/><Relationship Id="rId61" Type="http://schemas.openxmlformats.org/officeDocument/2006/relationships/image" Target="media/image53.jpg"/><Relationship Id="rId62" Type="http://schemas.openxmlformats.org/officeDocument/2006/relationships/image" Target="media/image54.jpg"/><Relationship Id="rId63" Type="http://schemas.openxmlformats.org/officeDocument/2006/relationships/image" Target="media/image55.jpg"/><Relationship Id="rId64" Type="http://schemas.openxmlformats.org/officeDocument/2006/relationships/image" Target="media/image56.jpg"/><Relationship Id="rId65" Type="http://schemas.openxmlformats.org/officeDocument/2006/relationships/image" Target="media/image57.jpg"/><Relationship Id="rId66" Type="http://schemas.openxmlformats.org/officeDocument/2006/relationships/image" Target="media/image58.jpg"/><Relationship Id="rId67" Type="http://schemas.openxmlformats.org/officeDocument/2006/relationships/image" Target="media/image59.jpg"/><Relationship Id="rId68" Type="http://schemas.openxmlformats.org/officeDocument/2006/relationships/image" Target="media/image60.jpg"/><Relationship Id="rId69" Type="http://schemas.openxmlformats.org/officeDocument/2006/relationships/image" Target="media/image61.jpg"/><Relationship Id="rId70" Type="http://schemas.openxmlformats.org/officeDocument/2006/relationships/image" Target="media/image6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