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B6C6E"/>
          <w:sz w:val="18"/>
        </w:rPr>
        <w:t>Type your notes in the lines beside each slide.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63240" cy="185070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1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185070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1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63240" cy="1703092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2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17030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2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2409382" cy="2377439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3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9382" cy="23774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3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10283" cy="2377439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4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0283" cy="23774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4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2892369" cy="237744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5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2369" cy="2377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5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2466185" cy="237744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6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185" cy="2377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6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63240" cy="1790281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7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17902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7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63240" cy="1670858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8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167085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8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2368468" cy="2377439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9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468" cy="23774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9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63240" cy="1989946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0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198994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10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63240" cy="1670858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1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167085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11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63240" cy="1972541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2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197254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12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63240" cy="2086723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3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208672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13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63240" cy="1670858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4.jp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167085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14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63240" cy="1670858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5.jp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167085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15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2981682" cy="237744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6.jp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682" cy="2377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16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63240" cy="1929783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7.jp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19297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17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2740804" cy="237744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8.jp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0804" cy="2377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18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2771055" cy="2377439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9.jp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1055" cy="23774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19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63240" cy="1670858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0.jp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167085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20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2480806" cy="2377439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1.jp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0806" cy="23774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21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2561812" cy="2377439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2.jp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1812" cy="23774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22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  <w:tr>
        <w:trPr>
          <w:cantSplit/>
        </w:trPr>
        <w:tc>
          <w:tcPr>
            <w:tcW w:type="dxa" w:w="5040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63240" cy="1670858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3.jp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167085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color w:val="8A8B8D"/>
                <w:sz w:val="15"/>
              </w:rPr>
              <w:t>Slide 23</w:t>
            </w:r>
          </w:p>
        </w:tc>
        <w:tc>
          <w:tcPr>
            <w:tcW w:type="dxa" w:w="5472"/>
          </w:tcPr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  <w:p>
            <w:pPr>
              <w:pBdr>
                <w:bottom w:val="single" w:sz="4" w:space="1" w:color="DCDCD9"/>
              </w:pBdr>
              <w:spacing w:after="180"/>
            </w:pPr>
          </w:p>
        </w:tc>
      </w:tr>
    </w:tbl>
    <w:sectPr w:rsidR="00FC693F" w:rsidRPr="0006063C" w:rsidSect="00034616">
      <w:headerReference w:type="default" r:id="rId9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333333"/>
        <w:sz w:val="20"/>
      </w:rPr>
      <w:t>Creativity and Innovation: Building a Creative Organization</w:t>
    </w:r>
    <w:r>
      <w:rPr>
        <w:color w:val="8A4A00"/>
        <w:sz w:val="16"/>
      </w:rPr>
      <w:t xml:space="preserve">    Notes handout · julesmorrisphd.com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1.jpg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jpg"/><Relationship Id="rId17" Type="http://schemas.openxmlformats.org/officeDocument/2006/relationships/image" Target="media/image8.jpg"/><Relationship Id="rId18" Type="http://schemas.openxmlformats.org/officeDocument/2006/relationships/image" Target="media/image9.jpg"/><Relationship Id="rId19" Type="http://schemas.openxmlformats.org/officeDocument/2006/relationships/image" Target="media/image10.jpg"/><Relationship Id="rId20" Type="http://schemas.openxmlformats.org/officeDocument/2006/relationships/image" Target="media/image11.jpg"/><Relationship Id="rId21" Type="http://schemas.openxmlformats.org/officeDocument/2006/relationships/image" Target="media/image12.jpg"/><Relationship Id="rId22" Type="http://schemas.openxmlformats.org/officeDocument/2006/relationships/image" Target="media/image13.jpg"/><Relationship Id="rId23" Type="http://schemas.openxmlformats.org/officeDocument/2006/relationships/image" Target="media/image14.jpg"/><Relationship Id="rId24" Type="http://schemas.openxmlformats.org/officeDocument/2006/relationships/image" Target="media/image15.jpg"/><Relationship Id="rId25" Type="http://schemas.openxmlformats.org/officeDocument/2006/relationships/image" Target="media/image16.jpg"/><Relationship Id="rId26" Type="http://schemas.openxmlformats.org/officeDocument/2006/relationships/image" Target="media/image17.jpg"/><Relationship Id="rId27" Type="http://schemas.openxmlformats.org/officeDocument/2006/relationships/image" Target="media/image18.jpg"/><Relationship Id="rId28" Type="http://schemas.openxmlformats.org/officeDocument/2006/relationships/image" Target="media/image19.jpg"/><Relationship Id="rId29" Type="http://schemas.openxmlformats.org/officeDocument/2006/relationships/image" Target="media/image20.jpg"/><Relationship Id="rId30" Type="http://schemas.openxmlformats.org/officeDocument/2006/relationships/image" Target="media/image21.jpg"/><Relationship Id="rId31" Type="http://schemas.openxmlformats.org/officeDocument/2006/relationships/image" Target="media/image22.jpg"/><Relationship Id="rId32" Type="http://schemas.openxmlformats.org/officeDocument/2006/relationships/image" Target="media/image2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